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בספרות –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מושגי יסוד בספרות: מספר, דימוי ומטאפורה, סמל ומוטיב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מבנה עלילה ומבנה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תוך שימוש באמצעים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דמות עגולה דווקא משתנה ומתפתחת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עם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(מייצג רעיון מעבר למשמעות המילולית)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(חוזר כמה פעמים ביצירה)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העלילה - "המפתח של סבא"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הצגת המצב הפותח וההיכרות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הופעת הסיבוך או הבעיה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האירועים והמתח גובר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נקודת השיא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זיהוי אמצעי והסבר תרומה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עם מילת השוואה, מטאפורה 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שמשתנה ומתפתחת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מוטיב חוזר כמה פעמים, סמל יכול להופיע פעם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בדוגמאות מהמשחקים הדיגיטליים כדי לחדד את ההבדלים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הכתיבה היצירתית ולשתף דוגמאות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בספרות – 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מושגי היסוד בספרות: סוגי מספרים, דימוי ומטאפורה, סמל ומוטיב, מבנה העלילה ודמויות עגולות ושטוחות.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מספר  ·  מטאפורה  ·  עגולה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"עיניה נצצו כמו יהלומים"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"הוא היה אריה בקרב"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מטאפורה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עגולה היא דמות שלא משתנה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סמל הוא דבר שמייצג רעיון מעבר למשמעות המילולית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הדמות הראשית בסיפור שמשתנה ומתפתחת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יש השוואה בלי מילת השוואה, זוהי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שמספר את הסיפור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מייצג רעיון מעבר למשמעות המילולית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חוזר כמה פעמים ביצירה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עם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בלי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מבנה העלילה - "המפתח של סבא"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נקודת השיא של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התפתחות האירועים והמתח גובר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הופעת הסיבוך או הבעיה בעלילה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המצב הפותח וההיכרות עם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זיהוי אמצעי והסבר 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לדמות עגולה מסיפור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בספרות –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