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בספרות –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מושגי יסוד בספרות: מספר, דימוי ומטאפורה, סמל ומוטיב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מבנה עלילה ומבנה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תוך שימוש באמצעים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מספר-דמות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מוטיב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דמות עגולה דווקא משתנה ומתפתחת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מוטיב חוזר כמה פעמים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מאפיין של מספר כל-יודע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ההבדל בינו לבין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(השוואה עם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(מייצג רעיון מעבר למשמעות המילולית)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(חוזר כמה פעמים ביצירה)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(תכונה אחת בולטת שאינה משתנה)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העלילה - "המפתח של סבא"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הצגת המצב הפותח וההיכרות עם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הופעת הסיבוך או הבעיה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 האירועים והמתח גובר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נקודת השיא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הפתרון וסיום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זיהוי אמצעי והסבר תרומה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מטאפורה/האנשה - הפנסים מתוארים כמדברים, זה יוצר תחושת שקט ומסתורין בעיר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עם מילת השוואה, מטאפורה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 שמשתנה ומתפתחת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מוטיב חוזר כמה פעמים, סמל יכול להופיע פעם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בדוגמאות מהמשחקים הדיגיטליים כדי לחדד את ההבדלים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הכתיבה היצירתית ולשתף דוגמאות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בספרות –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בספרות: מי מספר את הסיפור, מה זה דימוי, מה זה סמל, ואיך בנוי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את הסיפור - יכול להיות בתוך הסיפור או מחוצה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מהיכן המספר רואה את הסיפור - מבפנים או מבחוץ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באמצעות מילת השוואה כמו כמו או כאילו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בלי מילת השוואה, כאילו הם זהים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שמייצג רעיון גדול יותר ממנו, מעבר למשמעות המילולית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או תמונה שחוזרים כמה פעמים ביצירה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שמתפתחת ומשתנה לאורך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פשוטה עם תכונה אחת בולטת שאינה משתנה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כאן מילת השוואה -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אין מילת השוואה, אומרים שהוא ממש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דבר שמייצג רעיון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נקודת מבט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המספר הוא גם דמות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כל-יודע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מספר-דמות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חיצוני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משהו שחוזר כמה פעמים ביצירה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מטאפורה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היא דמות שלא משתנה לאורך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הוא דבר שמייצג רעיון מעבר למשמעות המילולית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מוטיב הוא אמצעי שמופיע פעם אחת בלבד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כל-יודע מכיר את מחשבות כל הדמויות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כולל מילת השוואה כמו כמו או כאילו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הדמות הראשית בסיפור שמשתנה ומתפתחת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השוואה בלי מילת השוואה, זוהי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שמספר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רעיון או תמונה שחוזרים לאורך היצירה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 שמייצג רעיון גדול ממנו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מייצג רעיון מעבר למשמעות המילולית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חוזר כמה פעמים ביצירה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תכונה אחת בולטת שאינה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שטוחה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עם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העלילה - "המפתח של סבא"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הופעת הסיבוך או הבעיה בעלילה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השיא של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הפתרון וסיום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האירועים והמתח גובר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המצב הפותח וההיכרות עם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זיהוי אמצעי והסבר 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"העיר נרדמה, ורק הפנסים עוד לחשו זה לזה". זהו את האמצעי הספרותי והסבירו מה הוא תורם לתמונה.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לדמות עגולה מסיפור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מוטיב וכיצד הוא שונה מסמל בודד?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המושגים בספרות – 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