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ארגז המושגים בספרות – חט״ב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ולהבחין בין מושגי יסוד בספרות: מספר, דימוי ומטאפורה, סמל ומוטיב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מבנה עלילה ומבנה 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יצירתית תוך שימוש באמצעים ספרותיים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מטאפורה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סמל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מספר-דמות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מוטיב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דמות עגולה דווקא משתנה ומתפתחת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של סמל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מוטיב חוזר כמה פעמים ביצירה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מאפיין של מספר כל-יודע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ההבדל בינו לבין מטאפורה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עגולה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מטאפורה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מוטיב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סמל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(השוואה עם מילת השוואה)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(השוואה בלי מילת השוואה)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(מייצג רעיון מעבר למשמעות המילולית)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(חוזר כמה פעמים ביצירה)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(תכונה אחת בולטת שאינה משתנה)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מבנה העלילה - "המפתח של סבא"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הצגת המצב הפותח וההיכרות עם הדמויות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הופעת הסיבוך או הבעיה בעלילה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התפתחות האירועים והמתח גובר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נקודת השיא של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הפתרון וסיום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זיהוי אמצעי והסבר תרומה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מטאפורה/האנשה - הפנסים מתוארים כמדברים, זה יוצר תחושת שקט ומסתורין בעיר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דימוי עם מילת השוואה, מטאפורה בלי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דמות שמשתנה ומתפתחת לאורך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מוטיב חוזר כמה פעמים, סמל יכול להופיע פעם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בדוגמאות מהמשחקים הדיגיטליים כדי לחדד את ההבדלים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בזוגות על חלק הכתיבה היצירתית ולשתף דוגמאות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בזיהוי בסיסי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ארגז המושגים בספרות – חט״ב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מושגי היסוד בספרות: סוגי מספרים, דימוי ומטאפורה, סמל ומוטיב, מבנה העלילה ודמויות עגולות ושטוחות.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"עיניה נצצו כמו יהלומים" - איזה אמצעי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מוטיב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"הוא היה אריה בקרב" - איזה אמצעי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מוטיב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דמות שטוחה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יונה בסיפור שמייצגת שלום - זהו דוגמה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מוטיב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נקודת מבט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מספר שמספר בגוף ראשון ולוקח חלק בעלילה נקרא...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 כל-יודע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מספר-דמות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חיצוני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דמות עגולה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גשם שחוזר כמה פעמים לאורך סיפור ומסמל עצב מתמשך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סמל בודד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מוטיב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מטאפורה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עגולה היא דמות שלא משתנה לאורך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סמל הוא דבר שמייצג רעיון מעבר למשמעות המילולית 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מוטיב הוא אמצעי שמופיע פעם אחת בלבד ביצירה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כל-יודע מכיר את מחשבות כל הדמויות בסיפור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דימוי תמיד כולל מילת השוואה כמו כמו או כאילו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הדמות הראשית בסיפור שמשתנה ומתפתחת נקראת דמות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כאשר יש השוואה בלי מילת השוואה, זוהי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 שמספר את הסיפור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רעיון או תמונה שחוזרים לאורך היצירה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דבר שמייצג רעיון גדול ממנו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מייצג רעיון מעבר למשמעות המילולית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מטאפורה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תכונה אחת בולטת שאינה משתנה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חוזר כמה פעמים ביצירה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מוטיב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השוואה בלי מילת השוואה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דמות שטוחה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השוואה עם מילת השוואה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מבנה העלילה - "המפתח של סבא"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הופעת הסיבוך או הבעיה בעלילה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נקודת השיא של הסיפור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הצגת המצב הפותח וההיכרות עם הדמויות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הפתרון וסיום הסיפור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התפתחות האירועים והמתח גובר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זיהוי אמצעי והסבר תרומה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קראו: "העיר נרדמה, ורק הפנסים עוד לחשו זה לזה". זהו את האמצעי הספרותי והסבירו מה הוא תורם לתמונה.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דימוי למטאפורה?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לדמות עגולה מסיפור שקראתם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מוטיב וכיצד הוא שונה מסמל בודד?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ארגז המושגים בספרות – חט״ב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